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88"/>
        <w:gridCol w:w="5304"/>
      </w:tblGrid>
      <w:tr w:rsidR="004931FC" w14:paraId="2A1C1D78" w14:textId="77777777" w:rsidTr="00C327EF">
        <w:trPr>
          <w:trHeight w:val="1737"/>
          <w:jc w:val="center"/>
        </w:trPr>
        <w:tc>
          <w:tcPr>
            <w:tcW w:w="4288" w:type="dxa"/>
            <w:tcMar>
              <w:top w:w="40" w:type="dxa"/>
              <w:left w:w="30" w:type="dxa"/>
              <w:bottom w:w="40" w:type="dxa"/>
              <w:right w:w="100" w:type="dxa"/>
            </w:tcMar>
            <w:vAlign w:val="center"/>
          </w:tcPr>
          <w:p w14:paraId="58F977D1" w14:textId="77777777" w:rsidR="004931FC" w:rsidRPr="00C327EF" w:rsidRDefault="00000000">
            <w:pPr>
              <w:spacing w:after="20"/>
              <w:rPr>
                <w:lang w:val="de-DE"/>
              </w:rPr>
            </w:pPr>
            <w:r w:rsidRPr="00C327EF">
              <w:rPr>
                <w:b/>
                <w:color w:val="1F4E78"/>
                <w:sz w:val="21"/>
                <w:lang w:val="de-DE"/>
              </w:rPr>
              <w:t>Marienschule Meschede</w:t>
            </w:r>
          </w:p>
          <w:p w14:paraId="757664BD" w14:textId="77777777" w:rsidR="004931FC" w:rsidRPr="00C327EF" w:rsidRDefault="00000000">
            <w:pPr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>Katholische Grundschule der Stadt Meschede</w:t>
            </w:r>
          </w:p>
          <w:p w14:paraId="5A03A25E" w14:textId="77777777" w:rsidR="004931FC" w:rsidRPr="00C327EF" w:rsidRDefault="00000000">
            <w:pPr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>Von-Westphalen-Straße 5</w:t>
            </w:r>
          </w:p>
          <w:p w14:paraId="5878C5CA" w14:textId="77777777" w:rsidR="004931FC" w:rsidRPr="00C327EF" w:rsidRDefault="00000000">
            <w:pPr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>59872 Meschede</w:t>
            </w:r>
          </w:p>
          <w:p w14:paraId="2C48C7D3" w14:textId="77777777" w:rsidR="004931FC" w:rsidRPr="00C327EF" w:rsidRDefault="00000000">
            <w:pPr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>Telefon: 0291 4061</w:t>
            </w:r>
          </w:p>
          <w:p w14:paraId="7F26C3A3" w14:textId="77777777" w:rsidR="004931FC" w:rsidRPr="00C327EF" w:rsidRDefault="00000000">
            <w:pPr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 xml:space="preserve">E-Mail: </w:t>
            </w:r>
            <w:hyperlink r:id="rId11">
              <w:r w:rsidR="004931FC" w:rsidRPr="00C327EF">
                <w:rPr>
                  <w:color w:val="1F4E78"/>
                  <w:sz w:val="18"/>
                  <w:u w:val="single"/>
                  <w:lang w:val="de-DE"/>
                </w:rPr>
                <w:t>sekretariat@marienschule-meschede.nrw.schule</w:t>
              </w:r>
            </w:hyperlink>
          </w:p>
          <w:p w14:paraId="0D2C4A31" w14:textId="77777777" w:rsidR="004931FC" w:rsidRDefault="00000000">
            <w:r>
              <w:rPr>
                <w:sz w:val="18"/>
              </w:rPr>
              <w:t xml:space="preserve">Homepage: </w:t>
            </w:r>
            <w:hyperlink r:id="rId12">
              <w:r w:rsidR="004931FC">
                <w:rPr>
                  <w:color w:val="1F4E78"/>
                  <w:sz w:val="18"/>
                  <w:u w:val="single"/>
                </w:rPr>
                <w:t>www.marienschule-meschede.de</w:t>
              </w:r>
            </w:hyperlink>
          </w:p>
        </w:tc>
        <w:tc>
          <w:tcPr>
            <w:tcW w:w="5304" w:type="dxa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7726E495" w14:textId="77777777" w:rsidR="004931FC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FA4FD1A" wp14:editId="078EBD31">
                  <wp:extent cx="3060000" cy="126888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26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34975" w14:textId="77777777" w:rsidR="004931FC" w:rsidRPr="00C327EF" w:rsidRDefault="00000000">
      <w:pPr>
        <w:spacing w:before="140" w:after="40" w:line="240" w:lineRule="auto"/>
        <w:jc w:val="center"/>
        <w:rPr>
          <w:lang w:val="de-DE"/>
        </w:rPr>
      </w:pPr>
      <w:r w:rsidRPr="00C327EF">
        <w:rPr>
          <w:b/>
          <w:color w:val="1F4E79"/>
          <w:sz w:val="30"/>
          <w:lang w:val="de-DE"/>
        </w:rPr>
        <w:t>ANTRAG AUF BEURLAUBUNG VOM UNTERRICHT</w:t>
      </w:r>
    </w:p>
    <w:p w14:paraId="7A45BE34" w14:textId="77777777" w:rsidR="004931FC" w:rsidRPr="00C327EF" w:rsidRDefault="00000000">
      <w:pPr>
        <w:spacing w:after="160" w:line="240" w:lineRule="auto"/>
        <w:jc w:val="center"/>
        <w:rPr>
          <w:lang w:val="de-DE"/>
        </w:rPr>
      </w:pPr>
      <w:r w:rsidRPr="00C327EF">
        <w:rPr>
          <w:i/>
          <w:color w:val="5A5A5A"/>
          <w:sz w:val="18"/>
          <w:lang w:val="de-DE"/>
        </w:rPr>
        <w:t>gemäß § 43 Abs. 4 Schulgesetz NRW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:rsidRPr="00FD05D9" w14:paraId="482A1311" w14:textId="77777777">
        <w:trPr>
          <w:cantSplit/>
          <w:jc w:val="center"/>
        </w:trPr>
        <w:tc>
          <w:tcPr>
            <w:tcW w:w="10312" w:type="dxa"/>
            <w:shd w:val="clear" w:color="auto" w:fill="F3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9ED3A4" w14:textId="77777777" w:rsidR="004931FC" w:rsidRPr="00C327EF" w:rsidRDefault="00000000">
            <w:pPr>
              <w:spacing w:line="240" w:lineRule="auto"/>
              <w:rPr>
                <w:lang w:val="de-DE"/>
              </w:rPr>
            </w:pPr>
            <w:r w:rsidRPr="00C327EF">
              <w:rPr>
                <w:b/>
                <w:sz w:val="17"/>
                <w:lang w:val="de-DE"/>
              </w:rPr>
              <w:t xml:space="preserve">Hinweis: </w:t>
            </w:r>
            <w:r w:rsidRPr="00C327EF">
              <w:rPr>
                <w:sz w:val="17"/>
                <w:lang w:val="de-DE"/>
              </w:rPr>
              <w:t>Der Antrag ist grundsätzlich frühzeitig über die Klassenleitung an die Schulleitung zu richten. Bei Beurlaubungen unmittelbar vor oder nach den Ferien ist eine besonders sorgfältige Einzelfallprüfung erforderlich.</w:t>
            </w:r>
          </w:p>
        </w:tc>
      </w:tr>
    </w:tbl>
    <w:p w14:paraId="112A60E0" w14:textId="77777777" w:rsidR="004931FC" w:rsidRPr="00C327EF" w:rsidRDefault="004931FC">
      <w:pPr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14:paraId="3BC6960A" w14:textId="77777777">
        <w:trPr>
          <w:cantSplit/>
          <w:jc w:val="center"/>
        </w:trPr>
        <w:tc>
          <w:tcPr>
            <w:tcW w:w="10312" w:type="dxa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1D321DB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t>1. Angaben zum Kind</w:t>
            </w:r>
          </w:p>
        </w:tc>
      </w:tr>
    </w:tbl>
    <w:p w14:paraId="4C76E269" w14:textId="77777777" w:rsidR="004931FC" w:rsidRDefault="004931F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4931FC" w14:paraId="652E745D" w14:textId="77777777">
        <w:trPr>
          <w:cantSplit/>
          <w:jc w:val="center"/>
        </w:trPr>
        <w:tc>
          <w:tcPr>
            <w:tcW w:w="5156" w:type="dx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7D8BBC0" w14:textId="77777777" w:rsidR="004931FC" w:rsidRDefault="00000000">
            <w:pPr>
              <w:spacing w:after="60" w:line="240" w:lineRule="auto"/>
            </w:pPr>
            <w:r>
              <w:rPr>
                <w:b/>
                <w:color w:val="464646"/>
                <w:sz w:val="17"/>
              </w:rPr>
              <w:t>Name, Vorname des Kindes</w:t>
            </w:r>
          </w:p>
          <w:p w14:paraId="20A773EB" w14:textId="77777777" w:rsidR="004931FC" w:rsidRDefault="00000000">
            <w:pPr>
              <w:spacing w:line="240" w:lineRule="auto"/>
            </w:pPr>
            <w:r>
              <w:t>________________________________________</w:t>
            </w:r>
          </w:p>
        </w:tc>
        <w:tc>
          <w:tcPr>
            <w:tcW w:w="5156" w:type="dx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316B691" w14:textId="77777777" w:rsidR="004931FC" w:rsidRDefault="00000000">
            <w:pPr>
              <w:spacing w:after="60" w:line="240" w:lineRule="auto"/>
            </w:pPr>
            <w:r>
              <w:rPr>
                <w:b/>
                <w:color w:val="464646"/>
                <w:sz w:val="17"/>
              </w:rPr>
              <w:t>Klasse</w:t>
            </w:r>
          </w:p>
          <w:p w14:paraId="2966BB5C" w14:textId="77777777" w:rsidR="004931FC" w:rsidRDefault="00000000">
            <w:pPr>
              <w:spacing w:line="240" w:lineRule="auto"/>
            </w:pPr>
            <w:r>
              <w:t>________________________________________</w:t>
            </w:r>
          </w:p>
        </w:tc>
      </w:tr>
      <w:tr w:rsidR="004931FC" w14:paraId="520A495D" w14:textId="77777777">
        <w:trPr>
          <w:cantSplit/>
          <w:jc w:val="center"/>
        </w:trPr>
        <w:tc>
          <w:tcPr>
            <w:tcW w:w="5156" w:type="dx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232F99D" w14:textId="77777777" w:rsidR="004931FC" w:rsidRDefault="00000000">
            <w:pPr>
              <w:spacing w:after="60" w:line="240" w:lineRule="auto"/>
            </w:pPr>
            <w:r>
              <w:rPr>
                <w:b/>
                <w:color w:val="464646"/>
                <w:sz w:val="17"/>
              </w:rPr>
              <w:t>Klassenleitung</w:t>
            </w:r>
          </w:p>
          <w:p w14:paraId="389ED01B" w14:textId="77777777" w:rsidR="004931FC" w:rsidRDefault="00000000">
            <w:pPr>
              <w:spacing w:line="240" w:lineRule="auto"/>
            </w:pPr>
            <w:r>
              <w:t>________________________________________</w:t>
            </w:r>
          </w:p>
        </w:tc>
        <w:tc>
          <w:tcPr>
            <w:tcW w:w="5156" w:type="dxa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FA26E01" w14:textId="77777777" w:rsidR="004931FC" w:rsidRDefault="00000000">
            <w:pPr>
              <w:spacing w:after="60" w:line="240" w:lineRule="auto"/>
            </w:pPr>
            <w:r>
              <w:rPr>
                <w:b/>
                <w:color w:val="464646"/>
                <w:sz w:val="17"/>
              </w:rPr>
              <w:t>Name der/des Erziehungsberechtigten</w:t>
            </w:r>
          </w:p>
          <w:p w14:paraId="5563002B" w14:textId="77777777" w:rsidR="004931FC" w:rsidRDefault="00000000">
            <w:pPr>
              <w:spacing w:line="240" w:lineRule="auto"/>
            </w:pPr>
            <w:r>
              <w:t>________________________________________</w:t>
            </w:r>
          </w:p>
        </w:tc>
      </w:tr>
      <w:tr w:rsidR="004931FC" w14:paraId="593E1F4D" w14:textId="77777777">
        <w:trPr>
          <w:cantSplit/>
          <w:jc w:val="center"/>
        </w:trPr>
        <w:tc>
          <w:tcPr>
            <w:tcW w:w="10312" w:type="dxa"/>
            <w:gridSpan w:val="2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FAD4328" w14:textId="77777777" w:rsidR="004931FC" w:rsidRPr="00C327EF" w:rsidRDefault="00000000">
            <w:pPr>
              <w:spacing w:after="60" w:line="240" w:lineRule="auto"/>
              <w:rPr>
                <w:lang w:val="de-DE"/>
              </w:rPr>
            </w:pPr>
            <w:r w:rsidRPr="00C327EF">
              <w:rPr>
                <w:b/>
                <w:color w:val="464646"/>
                <w:sz w:val="17"/>
                <w:lang w:val="de-DE"/>
              </w:rPr>
              <w:t>Telefon / E-Mail für Rückfragen (freiwillig)</w:t>
            </w:r>
          </w:p>
          <w:p w14:paraId="64F65595" w14:textId="77777777" w:rsidR="004931FC" w:rsidRDefault="00000000">
            <w:pPr>
              <w:spacing w:line="240" w:lineRule="auto"/>
            </w:pPr>
            <w:r>
              <w:t>____________________________________________________________________________________</w:t>
            </w:r>
          </w:p>
        </w:tc>
      </w:tr>
      <w:tr w:rsidR="004931FC" w14:paraId="239991C2" w14:textId="77777777">
        <w:trPr>
          <w:cantSplit/>
          <w:jc w:val="center"/>
        </w:trPr>
        <w:tc>
          <w:tcPr>
            <w:tcW w:w="10312" w:type="dxa"/>
            <w:gridSpan w:val="2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F43B593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t>2. Beantragte Beurlaubung</w:t>
            </w:r>
          </w:p>
        </w:tc>
      </w:tr>
    </w:tbl>
    <w:p w14:paraId="557992A5" w14:textId="77777777" w:rsidR="004931FC" w:rsidRDefault="004931FC"/>
    <w:p w14:paraId="33FBB59C" w14:textId="77777777" w:rsidR="004931FC" w:rsidRPr="00C327EF" w:rsidRDefault="00000000">
      <w:pPr>
        <w:spacing w:after="80" w:line="240" w:lineRule="auto"/>
        <w:rPr>
          <w:lang w:val="de-DE"/>
        </w:rPr>
      </w:pPr>
      <w:r w:rsidRPr="00C327EF">
        <w:rPr>
          <w:sz w:val="19"/>
          <w:lang w:val="de-DE"/>
        </w:rPr>
        <w:t>Hiermit beantrage/n ich/wir die Beurlaubung meines/unseres Kindes für folgenden Zeitraum: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4931FC" w14:paraId="71FF30FC" w14:textId="77777777">
        <w:trPr>
          <w:cantSplit/>
          <w:jc w:val="center"/>
        </w:trPr>
        <w:tc>
          <w:tcPr>
            <w:tcW w:w="51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72EA34" w14:textId="77777777" w:rsidR="004931FC" w:rsidRDefault="00000000">
            <w:pPr>
              <w:spacing w:line="240" w:lineRule="auto"/>
            </w:pPr>
            <w:r>
              <w:rPr>
                <w:b/>
                <w:sz w:val="18"/>
              </w:rPr>
              <w:t xml:space="preserve">am / von  </w:t>
            </w:r>
            <w:r>
              <w:rPr>
                <w:sz w:val="19"/>
              </w:rPr>
              <w:t>____________________________</w:t>
            </w:r>
          </w:p>
        </w:tc>
        <w:tc>
          <w:tcPr>
            <w:tcW w:w="51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8FA024" w14:textId="77777777" w:rsidR="004931FC" w:rsidRDefault="00000000">
            <w:pPr>
              <w:spacing w:line="240" w:lineRule="auto"/>
            </w:pPr>
            <w:r>
              <w:rPr>
                <w:b/>
                <w:sz w:val="18"/>
              </w:rPr>
              <w:t xml:space="preserve">bis  </w:t>
            </w:r>
            <w:r>
              <w:rPr>
                <w:sz w:val="19"/>
              </w:rPr>
              <w:t>____________________________</w:t>
            </w:r>
          </w:p>
        </w:tc>
      </w:tr>
    </w:tbl>
    <w:p w14:paraId="66071E51" w14:textId="77777777" w:rsidR="004931FC" w:rsidRPr="00C327EF" w:rsidRDefault="00000000">
      <w:pPr>
        <w:spacing w:after="60" w:line="240" w:lineRule="auto"/>
        <w:rPr>
          <w:lang w:val="de-DE"/>
        </w:rPr>
      </w:pPr>
      <w:r w:rsidRPr="00C327EF">
        <w:rPr>
          <w:sz w:val="19"/>
          <w:lang w:val="de-DE"/>
        </w:rPr>
        <w:t>☐ ganzer Schultag     ☐ Unterrichtsbeginn bis ______ Uhr     ☐ ab ______ Uhr</w:t>
      </w:r>
    </w:p>
    <w:p w14:paraId="3A23037C" w14:textId="77777777" w:rsidR="004931FC" w:rsidRDefault="00000000">
      <w:pPr>
        <w:spacing w:after="60" w:line="240" w:lineRule="auto"/>
      </w:pPr>
      <w:r>
        <w:rPr>
          <w:sz w:val="19"/>
        </w:rPr>
        <w:t>☐ sonstiger Zeitraum: 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14:paraId="5B040E40" w14:textId="77777777">
        <w:trPr>
          <w:cantSplit/>
          <w:jc w:val="center"/>
        </w:trPr>
        <w:tc>
          <w:tcPr>
            <w:tcW w:w="10312" w:type="dxa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C4981C3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t>3. Grund der beantragten Beurlaubung</w:t>
            </w:r>
          </w:p>
        </w:tc>
      </w:tr>
    </w:tbl>
    <w:p w14:paraId="45A38331" w14:textId="77777777" w:rsidR="004931FC" w:rsidRDefault="004931FC"/>
    <w:p w14:paraId="2CECD5C1" w14:textId="162FB920" w:rsidR="004931FC" w:rsidRPr="00C327EF" w:rsidRDefault="00000000">
      <w:pPr>
        <w:spacing w:after="60" w:line="240" w:lineRule="auto"/>
        <w:rPr>
          <w:lang w:val="de-DE"/>
        </w:rPr>
      </w:pPr>
      <w:r w:rsidRPr="00C327EF">
        <w:rPr>
          <w:sz w:val="19"/>
          <w:lang w:val="de-DE"/>
        </w:rPr>
        <w:t>☐ Hochzeit innerhalb der Familie     ☐ Todesfall / Beerdigung     ☐ religiöser Anlass</w:t>
      </w:r>
      <w:r w:rsidR="00FD05D9">
        <w:rPr>
          <w:sz w:val="19"/>
          <w:lang w:val="de-DE"/>
        </w:rPr>
        <w:t xml:space="preserve">    </w:t>
      </w:r>
      <w:r w:rsidR="00FD05D9" w:rsidRPr="00FD05D9">
        <w:rPr>
          <w:sz w:val="19"/>
          <w:lang w:val="de-DE"/>
        </w:rPr>
        <w:t>☐</w:t>
      </w:r>
      <w:r w:rsidR="00FD05D9">
        <w:rPr>
          <w:sz w:val="19"/>
          <w:lang w:val="de-DE"/>
        </w:rPr>
        <w:t xml:space="preserve"> Arzttermin</w:t>
      </w:r>
    </w:p>
    <w:p w14:paraId="14D1169F" w14:textId="77777777" w:rsidR="004931FC" w:rsidRPr="00C327EF" w:rsidRDefault="00000000">
      <w:pPr>
        <w:spacing w:after="60" w:line="240" w:lineRule="auto"/>
        <w:rPr>
          <w:lang w:val="de-DE"/>
        </w:rPr>
      </w:pPr>
      <w:r w:rsidRPr="00C327EF">
        <w:rPr>
          <w:sz w:val="19"/>
          <w:lang w:val="de-DE"/>
        </w:rPr>
        <w:t>☐ Jubiläum / besonderer familiärer Anlass     ☐ sonstiger wichtiger Grund: ______________________________</w:t>
      </w:r>
    </w:p>
    <w:p w14:paraId="345D8C82" w14:textId="77777777" w:rsidR="004931FC" w:rsidRPr="00C327EF" w:rsidRDefault="00000000">
      <w:pPr>
        <w:spacing w:before="60" w:after="60" w:line="240" w:lineRule="auto"/>
        <w:rPr>
          <w:lang w:val="de-DE"/>
        </w:rPr>
      </w:pPr>
      <w:r w:rsidRPr="00C327EF">
        <w:rPr>
          <w:b/>
          <w:sz w:val="19"/>
          <w:lang w:val="de-DE"/>
        </w:rPr>
        <w:t>Bei einem familiären Anlass:</w:t>
      </w:r>
    </w:p>
    <w:p w14:paraId="03E41A4B" w14:textId="77777777" w:rsidR="004931FC" w:rsidRPr="00C327EF" w:rsidRDefault="00000000">
      <w:pPr>
        <w:spacing w:after="80" w:line="240" w:lineRule="auto"/>
        <w:rPr>
          <w:lang w:val="de-DE"/>
        </w:rPr>
      </w:pPr>
      <w:r w:rsidRPr="00C327EF">
        <w:rPr>
          <w:b/>
          <w:lang w:val="de-DE"/>
        </w:rPr>
        <w:t xml:space="preserve">Verwandtschafts- bzw. Näheverhältnis zum Kind:  </w:t>
      </w:r>
      <w:r w:rsidRPr="00C327EF">
        <w:rPr>
          <w:lang w:val="de-DE"/>
        </w:rPr>
        <w:t>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3437"/>
        <w:gridCol w:w="3438"/>
        <w:gridCol w:w="9"/>
      </w:tblGrid>
      <w:tr w:rsidR="004931FC" w14:paraId="39215901" w14:textId="77777777">
        <w:trPr>
          <w:cantSplit/>
          <w:jc w:val="center"/>
        </w:trPr>
        <w:tc>
          <w:tcPr>
            <w:tcW w:w="34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D15229" w14:textId="77777777" w:rsidR="004931FC" w:rsidRDefault="00000000">
            <w:pPr>
              <w:spacing w:after="60" w:line="240" w:lineRule="auto"/>
            </w:pPr>
            <w:r>
              <w:rPr>
                <w:b/>
                <w:color w:val="464646"/>
                <w:sz w:val="17"/>
              </w:rPr>
              <w:t>Datum des Anlasses</w:t>
            </w:r>
          </w:p>
          <w:p w14:paraId="5949E175" w14:textId="77777777" w:rsidR="004931FC" w:rsidRDefault="00000000">
            <w:pPr>
              <w:spacing w:line="240" w:lineRule="auto"/>
            </w:pPr>
            <w:r>
              <w:rPr>
                <w:sz w:val="19"/>
              </w:rPr>
              <w:t>____________________</w:t>
            </w:r>
          </w:p>
        </w:tc>
        <w:tc>
          <w:tcPr>
            <w:tcW w:w="343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5B3B4C" w14:textId="77777777" w:rsidR="004931FC" w:rsidRDefault="00000000">
            <w:pPr>
              <w:spacing w:after="60" w:line="240" w:lineRule="auto"/>
            </w:pPr>
            <w:r>
              <w:rPr>
                <w:b/>
                <w:color w:val="464646"/>
                <w:sz w:val="17"/>
              </w:rPr>
              <w:t>Uhrzeit des Anlasses</w:t>
            </w:r>
          </w:p>
          <w:p w14:paraId="00FE7468" w14:textId="77777777" w:rsidR="004931FC" w:rsidRDefault="00000000">
            <w:pPr>
              <w:spacing w:line="240" w:lineRule="auto"/>
            </w:pPr>
            <w:r>
              <w:rPr>
                <w:sz w:val="19"/>
              </w:rPr>
              <w:t>____________________</w:t>
            </w:r>
          </w:p>
        </w:tc>
        <w:tc>
          <w:tcPr>
            <w:tcW w:w="3437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46A30" w14:textId="77777777" w:rsidR="004931FC" w:rsidRDefault="00000000">
            <w:pPr>
              <w:spacing w:after="60" w:line="240" w:lineRule="auto"/>
            </w:pPr>
            <w:r>
              <w:rPr>
                <w:b/>
                <w:color w:val="464646"/>
                <w:sz w:val="17"/>
              </w:rPr>
              <w:t>Ort des Anlasses</w:t>
            </w:r>
          </w:p>
          <w:p w14:paraId="562A8AF2" w14:textId="77777777" w:rsidR="004931FC" w:rsidRDefault="00000000">
            <w:pPr>
              <w:spacing w:line="240" w:lineRule="auto"/>
            </w:pPr>
            <w:r>
              <w:rPr>
                <w:sz w:val="19"/>
              </w:rPr>
              <w:t>____________________</w:t>
            </w:r>
          </w:p>
        </w:tc>
      </w:tr>
      <w:tr w:rsidR="004931FC" w14:paraId="3DB17D90" w14:textId="77777777">
        <w:trPr>
          <w:gridAfter w:val="1"/>
          <w:wAfter w:w="9" w:type="dxa"/>
          <w:cantSplit/>
          <w:jc w:val="center"/>
        </w:trPr>
        <w:tc>
          <w:tcPr>
            <w:tcW w:w="10312" w:type="dxa"/>
            <w:gridSpan w:val="3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F605534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t>4. Erforderlichkeit der Beurlaubung</w:t>
            </w:r>
          </w:p>
        </w:tc>
      </w:tr>
    </w:tbl>
    <w:p w14:paraId="5D2AD6B3" w14:textId="77777777" w:rsidR="004931FC" w:rsidRDefault="004931FC"/>
    <w:p w14:paraId="4F7B859D" w14:textId="77777777" w:rsidR="004931FC" w:rsidRPr="00C327EF" w:rsidRDefault="00000000">
      <w:pPr>
        <w:spacing w:after="60" w:line="240" w:lineRule="auto"/>
        <w:rPr>
          <w:lang w:val="de-DE"/>
        </w:rPr>
      </w:pPr>
      <w:r w:rsidRPr="00C327EF">
        <w:rPr>
          <w:b/>
          <w:sz w:val="19"/>
          <w:lang w:val="de-DE"/>
        </w:rPr>
        <w:t>Bitte erläutern Sie kurz, weshalb die Teilnahme am Unterricht an diesem Tag bzw. in diesem Zeitraum nicht möglich ist: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:rsidRPr="00FD05D9" w14:paraId="35750625" w14:textId="77777777">
        <w:trPr>
          <w:cantSplit/>
          <w:jc w:val="center"/>
        </w:trPr>
        <w:tc>
          <w:tcPr>
            <w:tcW w:w="10312" w:type="dxa"/>
            <w:tcBorders>
              <w:bottom w:val="single" w:sz="5" w:space="0" w:color="B7B7B7"/>
            </w:tcBorders>
            <w:tcMar>
              <w:top w:w="80" w:type="dxa"/>
              <w:left w:w="20" w:type="dxa"/>
              <w:bottom w:w="55" w:type="dxa"/>
              <w:right w:w="20" w:type="dxa"/>
            </w:tcMar>
            <w:vAlign w:val="center"/>
          </w:tcPr>
          <w:p w14:paraId="50C1CA26" w14:textId="77777777" w:rsidR="004931FC" w:rsidRPr="00C327EF" w:rsidRDefault="00000000">
            <w:pPr>
              <w:spacing w:line="240" w:lineRule="auto"/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 xml:space="preserve"> </w:t>
            </w:r>
          </w:p>
        </w:tc>
      </w:tr>
      <w:tr w:rsidR="004931FC" w:rsidRPr="00FD05D9" w14:paraId="052236AD" w14:textId="77777777">
        <w:trPr>
          <w:cantSplit/>
          <w:jc w:val="center"/>
        </w:trPr>
        <w:tc>
          <w:tcPr>
            <w:tcW w:w="10312" w:type="dxa"/>
            <w:tcBorders>
              <w:bottom w:val="single" w:sz="5" w:space="0" w:color="B7B7B7"/>
            </w:tcBorders>
            <w:tcMar>
              <w:top w:w="80" w:type="dxa"/>
              <w:left w:w="20" w:type="dxa"/>
              <w:bottom w:w="55" w:type="dxa"/>
              <w:right w:w="20" w:type="dxa"/>
            </w:tcMar>
            <w:vAlign w:val="center"/>
          </w:tcPr>
          <w:p w14:paraId="65799A52" w14:textId="77777777" w:rsidR="004931FC" w:rsidRPr="00C327EF" w:rsidRDefault="00000000">
            <w:pPr>
              <w:spacing w:line="240" w:lineRule="auto"/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 xml:space="preserve"> </w:t>
            </w:r>
          </w:p>
        </w:tc>
      </w:tr>
    </w:tbl>
    <w:p w14:paraId="1EE6992B" w14:textId="77777777" w:rsidR="004931FC" w:rsidRPr="00C327EF" w:rsidRDefault="00000000">
      <w:pPr>
        <w:spacing w:before="100" w:after="40" w:line="240" w:lineRule="auto"/>
        <w:rPr>
          <w:lang w:val="de-DE"/>
        </w:rPr>
      </w:pPr>
      <w:r w:rsidRPr="00C327EF">
        <w:rPr>
          <w:b/>
          <w:sz w:val="19"/>
          <w:lang w:val="de-DE"/>
        </w:rPr>
        <w:t>Falls eine Anreise während der Unterrichtszeit erforderlich ist: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4931FC" w14:paraId="3D115AE0" w14:textId="77777777">
        <w:trPr>
          <w:cantSplit/>
          <w:jc w:val="center"/>
        </w:trPr>
        <w:tc>
          <w:tcPr>
            <w:tcW w:w="3437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F8EBFDF" w14:textId="77777777" w:rsidR="004931FC" w:rsidRDefault="00000000">
            <w:pPr>
              <w:spacing w:after="40" w:line="240" w:lineRule="auto"/>
            </w:pPr>
            <w:r>
              <w:rPr>
                <w:b/>
                <w:color w:val="464646"/>
                <w:sz w:val="16"/>
              </w:rPr>
              <w:t>Abfahrtsort</w:t>
            </w:r>
          </w:p>
          <w:p w14:paraId="726378CB" w14:textId="77777777" w:rsidR="004931FC" w:rsidRDefault="00000000">
            <w:pPr>
              <w:spacing w:line="240" w:lineRule="auto"/>
            </w:pPr>
            <w:r>
              <w:rPr>
                <w:sz w:val="18"/>
              </w:rPr>
              <w:t>____________________</w:t>
            </w:r>
          </w:p>
        </w:tc>
        <w:tc>
          <w:tcPr>
            <w:tcW w:w="3437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D1DF915" w14:textId="77777777" w:rsidR="004931FC" w:rsidRDefault="00000000">
            <w:pPr>
              <w:spacing w:after="40" w:line="240" w:lineRule="auto"/>
            </w:pPr>
            <w:r>
              <w:rPr>
                <w:b/>
                <w:color w:val="464646"/>
                <w:sz w:val="16"/>
              </w:rPr>
              <w:t>Zielort</w:t>
            </w:r>
          </w:p>
          <w:p w14:paraId="31E985DA" w14:textId="77777777" w:rsidR="004931FC" w:rsidRDefault="00000000">
            <w:pPr>
              <w:spacing w:line="240" w:lineRule="auto"/>
            </w:pPr>
            <w:r>
              <w:rPr>
                <w:sz w:val="18"/>
              </w:rPr>
              <w:t>____________________</w:t>
            </w:r>
          </w:p>
        </w:tc>
        <w:tc>
          <w:tcPr>
            <w:tcW w:w="3437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66C0D356" w14:textId="77777777" w:rsidR="004931FC" w:rsidRDefault="00000000">
            <w:pPr>
              <w:spacing w:after="40" w:line="240" w:lineRule="auto"/>
            </w:pPr>
            <w:r>
              <w:rPr>
                <w:b/>
                <w:color w:val="464646"/>
                <w:sz w:val="16"/>
              </w:rPr>
              <w:t>voraussichtliche Abfahrtszeit</w:t>
            </w:r>
          </w:p>
          <w:p w14:paraId="0E786D9A" w14:textId="77777777" w:rsidR="004931FC" w:rsidRDefault="00000000">
            <w:pPr>
              <w:spacing w:line="240" w:lineRule="auto"/>
            </w:pPr>
            <w:r>
              <w:rPr>
                <w:sz w:val="18"/>
              </w:rPr>
              <w:t>____________________</w:t>
            </w:r>
          </w:p>
        </w:tc>
      </w:tr>
      <w:tr w:rsidR="004931FC" w14:paraId="54F9A75D" w14:textId="77777777">
        <w:trPr>
          <w:cantSplit/>
          <w:jc w:val="center"/>
        </w:trPr>
        <w:tc>
          <w:tcPr>
            <w:tcW w:w="3437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DD82A7A" w14:textId="77777777" w:rsidR="004931FC" w:rsidRDefault="00000000">
            <w:pPr>
              <w:spacing w:after="40" w:line="240" w:lineRule="auto"/>
            </w:pPr>
            <w:r>
              <w:rPr>
                <w:b/>
                <w:color w:val="464646"/>
                <w:sz w:val="16"/>
              </w:rPr>
              <w:t>Entfernung (ca.)</w:t>
            </w:r>
          </w:p>
          <w:p w14:paraId="48E261C3" w14:textId="77777777" w:rsidR="004931FC" w:rsidRDefault="00000000">
            <w:pPr>
              <w:spacing w:line="240" w:lineRule="auto"/>
            </w:pPr>
            <w:r>
              <w:rPr>
                <w:sz w:val="18"/>
              </w:rPr>
              <w:t>____________________</w:t>
            </w:r>
          </w:p>
        </w:tc>
        <w:tc>
          <w:tcPr>
            <w:tcW w:w="3437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2FCD4EB5" w14:textId="77777777" w:rsidR="004931FC" w:rsidRDefault="00000000">
            <w:pPr>
              <w:spacing w:after="40" w:line="240" w:lineRule="auto"/>
            </w:pPr>
            <w:r>
              <w:rPr>
                <w:b/>
                <w:color w:val="464646"/>
                <w:sz w:val="16"/>
              </w:rPr>
              <w:t>Verkehrsmittel</w:t>
            </w:r>
          </w:p>
          <w:p w14:paraId="72513990" w14:textId="77777777" w:rsidR="004931FC" w:rsidRDefault="00000000">
            <w:pPr>
              <w:spacing w:line="240" w:lineRule="auto"/>
            </w:pPr>
            <w:r>
              <w:rPr>
                <w:sz w:val="18"/>
              </w:rPr>
              <w:t>____________________</w:t>
            </w:r>
          </w:p>
        </w:tc>
        <w:tc>
          <w:tcPr>
            <w:tcW w:w="3437" w:type="dx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311A31EA" w14:textId="77777777" w:rsidR="004931FC" w:rsidRDefault="004931FC"/>
        </w:tc>
      </w:tr>
    </w:tbl>
    <w:p w14:paraId="07810A55" w14:textId="5A1C119D" w:rsidR="004931FC" w:rsidRDefault="004931F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14:paraId="571E5094" w14:textId="77777777">
        <w:trPr>
          <w:cantSplit/>
          <w:jc w:val="center"/>
        </w:trPr>
        <w:tc>
          <w:tcPr>
            <w:tcW w:w="10312" w:type="dxa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C760803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lastRenderedPageBreak/>
              <w:t>5. Nachweis</w:t>
            </w:r>
          </w:p>
        </w:tc>
      </w:tr>
    </w:tbl>
    <w:p w14:paraId="41061069" w14:textId="77777777" w:rsidR="004931FC" w:rsidRDefault="004931FC"/>
    <w:p w14:paraId="20B07366" w14:textId="77777777" w:rsidR="004931FC" w:rsidRPr="00C327EF" w:rsidRDefault="00000000">
      <w:pPr>
        <w:spacing w:after="60" w:line="240" w:lineRule="auto"/>
        <w:rPr>
          <w:lang w:val="de-DE"/>
        </w:rPr>
      </w:pPr>
      <w:r w:rsidRPr="00C327EF">
        <w:rPr>
          <w:sz w:val="19"/>
          <w:lang w:val="de-DE"/>
        </w:rPr>
        <w:t>☐ Ein geeigneter Nachweis ist beigefügt.     ☐ Ein Nachweis kann auf Anforderung der Schule vorgelegt werden.</w:t>
      </w:r>
    </w:p>
    <w:p w14:paraId="2C47CF12" w14:textId="77777777" w:rsidR="004931FC" w:rsidRPr="00C327EF" w:rsidRDefault="00000000">
      <w:pPr>
        <w:spacing w:after="80" w:line="240" w:lineRule="auto"/>
        <w:rPr>
          <w:lang w:val="de-DE"/>
        </w:rPr>
      </w:pPr>
      <w:r w:rsidRPr="00C327EF">
        <w:rPr>
          <w:b/>
          <w:sz w:val="18"/>
          <w:lang w:val="de-DE"/>
        </w:rPr>
        <w:t xml:space="preserve">Art des Nachweises: </w:t>
      </w:r>
      <w:r w:rsidRPr="00C327EF">
        <w:rPr>
          <w:sz w:val="18"/>
          <w:lang w:val="de-DE"/>
        </w:rPr>
        <w:t>_______________________________________________________________</w:t>
      </w:r>
    </w:p>
    <w:p w14:paraId="59DFB629" w14:textId="77777777" w:rsidR="004931FC" w:rsidRPr="00C327EF" w:rsidRDefault="00000000">
      <w:pPr>
        <w:spacing w:after="140" w:line="240" w:lineRule="auto"/>
        <w:rPr>
          <w:lang w:val="de-DE"/>
        </w:rPr>
      </w:pPr>
      <w:r w:rsidRPr="00C327EF">
        <w:rPr>
          <w:i/>
          <w:color w:val="5A5A5A"/>
          <w:sz w:val="16"/>
          <w:lang w:val="de-DE"/>
        </w:rPr>
        <w:t>Nicht erforderliche persönliche Angaben auf Nachweisen können geschwärzt werden.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14:paraId="49568C7B" w14:textId="77777777">
        <w:trPr>
          <w:cantSplit/>
          <w:jc w:val="center"/>
        </w:trPr>
        <w:tc>
          <w:tcPr>
            <w:tcW w:w="10312" w:type="dxa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5C2DD0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t>6. Erklärung der Erziehungsberechtigten</w:t>
            </w:r>
          </w:p>
        </w:tc>
      </w:tr>
    </w:tbl>
    <w:p w14:paraId="185837B5" w14:textId="77777777" w:rsidR="004931FC" w:rsidRDefault="004931FC"/>
    <w:p w14:paraId="0B5DD93F" w14:textId="77777777" w:rsidR="004931FC" w:rsidRDefault="00000000">
      <w:pPr>
        <w:spacing w:after="80" w:line="252" w:lineRule="auto"/>
      </w:pPr>
      <w:r w:rsidRPr="00C327EF">
        <w:rPr>
          <w:sz w:val="17"/>
          <w:lang w:val="de-DE"/>
        </w:rPr>
        <w:t xml:space="preserve">Mir/uns ist bekannt, dass Schülerinnen und Schüler grundsätzlich zur regelmäßigen Teilnahme am Unterricht verpflichtet sind und eine Beurlaubung nur aus wichtigem Grund erfolgen kann. </w:t>
      </w:r>
      <w:r w:rsidRPr="00C327EF">
        <w:rPr>
          <w:b/>
          <w:sz w:val="17"/>
          <w:lang w:val="de-DE"/>
        </w:rPr>
        <w:t xml:space="preserve">Unmittelbar vor und im Anschluss an Schulferien </w:t>
      </w:r>
      <w:r w:rsidRPr="00C327EF">
        <w:rPr>
          <w:sz w:val="17"/>
          <w:lang w:val="de-DE"/>
        </w:rPr>
        <w:t xml:space="preserve">kommt eine Beurlaubung nur in Betracht, wenn sie ersichtlich nicht dazu dient, die Ferien zu verlängern, günstigere Reisemöglichkeiten zu nutzen oder Verkehrsspitzen zu umgehen. Ich/Wir bestätige/n, dass die oben gemachten Angaben vollständig und zutreffend sind. </w:t>
      </w:r>
      <w:r>
        <w:rPr>
          <w:sz w:val="17"/>
        </w:rPr>
        <w:t>Bei einer genehmigten Beurlaubung ist versäumter Unterrichtsstoff nachzuholen.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4931FC" w14:paraId="0079A107" w14:textId="77777777">
        <w:trPr>
          <w:cantSplit/>
          <w:jc w:val="center"/>
        </w:trPr>
        <w:tc>
          <w:tcPr>
            <w:tcW w:w="5156" w:type="dxa"/>
            <w:tcMar>
              <w:top w:w="90" w:type="dxa"/>
              <w:left w:w="90" w:type="dxa"/>
              <w:bottom w:w="40" w:type="dxa"/>
              <w:right w:w="90" w:type="dxa"/>
            </w:tcMar>
            <w:vAlign w:val="center"/>
          </w:tcPr>
          <w:p w14:paraId="2A640C19" w14:textId="77777777" w:rsidR="004931FC" w:rsidRDefault="00000000">
            <w:pPr>
              <w:spacing w:line="240" w:lineRule="auto"/>
            </w:pPr>
            <w:r>
              <w:rPr>
                <w:sz w:val="19"/>
              </w:rPr>
              <w:t>________________________________________</w:t>
            </w:r>
          </w:p>
          <w:p w14:paraId="5B30D620" w14:textId="77777777" w:rsidR="004931FC" w:rsidRDefault="00000000">
            <w:pPr>
              <w:spacing w:line="240" w:lineRule="auto"/>
            </w:pPr>
            <w:r>
              <w:rPr>
                <w:color w:val="5A5A5A"/>
                <w:sz w:val="16"/>
              </w:rPr>
              <w:t>Ort, Datum</w:t>
            </w:r>
          </w:p>
        </w:tc>
        <w:tc>
          <w:tcPr>
            <w:tcW w:w="5156" w:type="dxa"/>
            <w:tcMar>
              <w:top w:w="90" w:type="dxa"/>
              <w:left w:w="90" w:type="dxa"/>
              <w:bottom w:w="40" w:type="dxa"/>
              <w:right w:w="90" w:type="dxa"/>
            </w:tcMar>
            <w:vAlign w:val="center"/>
          </w:tcPr>
          <w:p w14:paraId="7B93688E" w14:textId="77777777" w:rsidR="004931FC" w:rsidRDefault="00000000">
            <w:pPr>
              <w:spacing w:line="240" w:lineRule="auto"/>
            </w:pPr>
            <w:r>
              <w:rPr>
                <w:sz w:val="19"/>
              </w:rPr>
              <w:t>________________________________________</w:t>
            </w:r>
          </w:p>
          <w:p w14:paraId="611F151B" w14:textId="77777777" w:rsidR="004931FC" w:rsidRDefault="00000000">
            <w:pPr>
              <w:spacing w:line="240" w:lineRule="auto"/>
            </w:pPr>
            <w:r>
              <w:rPr>
                <w:color w:val="5A5A5A"/>
                <w:sz w:val="16"/>
              </w:rPr>
              <w:t>Unterschrift Erziehungsberechtigte/r</w:t>
            </w:r>
          </w:p>
        </w:tc>
      </w:tr>
      <w:tr w:rsidR="004931FC" w14:paraId="157EDFAF" w14:textId="77777777">
        <w:trPr>
          <w:cantSplit/>
          <w:jc w:val="center"/>
        </w:trPr>
        <w:tc>
          <w:tcPr>
            <w:tcW w:w="5156" w:type="dxa"/>
            <w:vAlign w:val="center"/>
          </w:tcPr>
          <w:p w14:paraId="55233274" w14:textId="77777777" w:rsidR="004931FC" w:rsidRDefault="004931FC"/>
        </w:tc>
        <w:tc>
          <w:tcPr>
            <w:tcW w:w="5156" w:type="dxa"/>
            <w:vAlign w:val="center"/>
          </w:tcPr>
          <w:p w14:paraId="42536CB9" w14:textId="77777777" w:rsidR="004931FC" w:rsidRDefault="004931FC"/>
        </w:tc>
      </w:tr>
    </w:tbl>
    <w:p w14:paraId="3F57F452" w14:textId="77777777" w:rsidR="004931FC" w:rsidRPr="00C327EF" w:rsidRDefault="00000000">
      <w:pPr>
        <w:spacing w:before="80" w:after="80" w:line="240" w:lineRule="auto"/>
        <w:jc w:val="center"/>
        <w:rPr>
          <w:lang w:val="de-DE"/>
        </w:rPr>
      </w:pPr>
      <w:r w:rsidRPr="00C327EF">
        <w:rPr>
          <w:b/>
          <w:color w:val="1F4E79"/>
          <w:sz w:val="18"/>
          <w:lang w:val="de-DE"/>
        </w:rPr>
        <w:t>—  Nur von der Schule auszufüllen  —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14:paraId="667A33D9" w14:textId="77777777">
        <w:trPr>
          <w:cantSplit/>
          <w:jc w:val="center"/>
        </w:trPr>
        <w:tc>
          <w:tcPr>
            <w:tcW w:w="10312" w:type="dxa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C44CD06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t>7. Stellungnahme der Klassenleitung</w:t>
            </w:r>
          </w:p>
        </w:tc>
      </w:tr>
    </w:tbl>
    <w:p w14:paraId="7923EF69" w14:textId="77777777" w:rsidR="004931FC" w:rsidRDefault="004931FC"/>
    <w:p w14:paraId="72A47857" w14:textId="77777777" w:rsidR="004931FC" w:rsidRPr="00C327EF" w:rsidRDefault="00000000">
      <w:pPr>
        <w:spacing w:after="60" w:line="240" w:lineRule="auto"/>
        <w:rPr>
          <w:lang w:val="de-DE"/>
        </w:rPr>
      </w:pPr>
      <w:r w:rsidRPr="00C327EF">
        <w:rPr>
          <w:sz w:val="19"/>
          <w:lang w:val="de-DE"/>
        </w:rPr>
        <w:t>☐ Aus schulischer Sicht bestehen keine besonderen Bedenken.</w:t>
      </w:r>
    </w:p>
    <w:p w14:paraId="2AA9A2B5" w14:textId="77777777" w:rsidR="004931FC" w:rsidRPr="00C327EF" w:rsidRDefault="00000000">
      <w:pPr>
        <w:spacing w:after="60" w:line="240" w:lineRule="auto"/>
        <w:rPr>
          <w:lang w:val="de-DE"/>
        </w:rPr>
      </w:pPr>
      <w:r w:rsidRPr="00C327EF">
        <w:rPr>
          <w:sz w:val="19"/>
          <w:lang w:val="de-DE"/>
        </w:rPr>
        <w:t>☐ Folgende schulische Gründe sollten bei der Entscheidung berücksichtigt werden: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:rsidRPr="00FD05D9" w14:paraId="013B41F7" w14:textId="77777777">
        <w:trPr>
          <w:cantSplit/>
          <w:jc w:val="center"/>
        </w:trPr>
        <w:tc>
          <w:tcPr>
            <w:tcW w:w="10312" w:type="dxa"/>
            <w:tcBorders>
              <w:bottom w:val="single" w:sz="5" w:space="0" w:color="B7B7B7"/>
            </w:tcBorders>
            <w:tcMar>
              <w:top w:w="80" w:type="dxa"/>
              <w:left w:w="20" w:type="dxa"/>
              <w:bottom w:w="55" w:type="dxa"/>
              <w:right w:w="20" w:type="dxa"/>
            </w:tcMar>
            <w:vAlign w:val="center"/>
          </w:tcPr>
          <w:p w14:paraId="48D3D265" w14:textId="77777777" w:rsidR="004931FC" w:rsidRPr="00C327EF" w:rsidRDefault="00000000">
            <w:pPr>
              <w:spacing w:line="240" w:lineRule="auto"/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 xml:space="preserve"> </w:t>
            </w:r>
          </w:p>
        </w:tc>
      </w:tr>
      <w:tr w:rsidR="004931FC" w:rsidRPr="00FD05D9" w14:paraId="11221A54" w14:textId="77777777">
        <w:trPr>
          <w:cantSplit/>
          <w:jc w:val="center"/>
        </w:trPr>
        <w:tc>
          <w:tcPr>
            <w:tcW w:w="10312" w:type="dxa"/>
            <w:tcBorders>
              <w:bottom w:val="single" w:sz="5" w:space="0" w:color="B7B7B7"/>
            </w:tcBorders>
            <w:tcMar>
              <w:top w:w="80" w:type="dxa"/>
              <w:left w:w="20" w:type="dxa"/>
              <w:bottom w:w="55" w:type="dxa"/>
              <w:right w:w="20" w:type="dxa"/>
            </w:tcMar>
            <w:vAlign w:val="center"/>
          </w:tcPr>
          <w:p w14:paraId="595E48F7" w14:textId="77777777" w:rsidR="004931FC" w:rsidRPr="00C327EF" w:rsidRDefault="00000000">
            <w:pPr>
              <w:spacing w:line="240" w:lineRule="auto"/>
              <w:rPr>
                <w:lang w:val="de-DE"/>
              </w:rPr>
            </w:pPr>
            <w:r w:rsidRPr="00C327EF">
              <w:rPr>
                <w:sz w:val="18"/>
                <w:lang w:val="de-DE"/>
              </w:rPr>
              <w:t xml:space="preserve"> </w:t>
            </w:r>
          </w:p>
        </w:tc>
      </w:tr>
    </w:tbl>
    <w:p w14:paraId="6458CB5A" w14:textId="77777777" w:rsidR="004931FC" w:rsidRDefault="00000000">
      <w:pPr>
        <w:spacing w:after="120" w:line="240" w:lineRule="auto"/>
      </w:pPr>
      <w:r>
        <w:rPr>
          <w:b/>
          <w:sz w:val="18"/>
        </w:rPr>
        <w:t xml:space="preserve">Datum / Kürzel: </w:t>
      </w:r>
      <w:r>
        <w:rPr>
          <w:sz w:val="18"/>
        </w:rPr>
        <w:t>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4931FC" w14:paraId="292F78E4" w14:textId="77777777">
        <w:trPr>
          <w:cantSplit/>
          <w:jc w:val="center"/>
        </w:trPr>
        <w:tc>
          <w:tcPr>
            <w:tcW w:w="10312" w:type="dxa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D7E166F" w14:textId="77777777" w:rsidR="004931FC" w:rsidRDefault="00000000">
            <w:pPr>
              <w:spacing w:line="240" w:lineRule="auto"/>
            </w:pPr>
            <w:r>
              <w:rPr>
                <w:b/>
                <w:color w:val="1F4E79"/>
                <w:sz w:val="21"/>
              </w:rPr>
              <w:t>8. Entscheidung der Schulleitung</w:t>
            </w:r>
          </w:p>
        </w:tc>
      </w:tr>
    </w:tbl>
    <w:p w14:paraId="1D3D9121" w14:textId="77777777" w:rsidR="004931FC" w:rsidRDefault="004931FC"/>
    <w:p w14:paraId="5DF571B5" w14:textId="77777777" w:rsidR="004931FC" w:rsidRDefault="00000000">
      <w:pPr>
        <w:spacing w:after="60" w:line="240" w:lineRule="auto"/>
      </w:pPr>
      <w:r>
        <w:t>☐ genehmigt     ☐ teilweise genehmigt     ☐ nicht genehmigt</w:t>
      </w:r>
    </w:p>
    <w:p w14:paraId="2C181AFA" w14:textId="77777777" w:rsidR="004931FC" w:rsidRPr="00C327EF" w:rsidRDefault="00000000">
      <w:pPr>
        <w:spacing w:after="80" w:line="240" w:lineRule="auto"/>
        <w:rPr>
          <w:lang w:val="de-DE"/>
        </w:rPr>
      </w:pPr>
      <w:r w:rsidRPr="00C327EF">
        <w:rPr>
          <w:b/>
          <w:sz w:val="18"/>
          <w:lang w:val="de-DE"/>
        </w:rPr>
        <w:t xml:space="preserve">Bei teilweiser Genehmigung – genehmigter Zeitraum: </w:t>
      </w:r>
      <w:r w:rsidRPr="00C327EF">
        <w:rPr>
          <w:sz w:val="18"/>
          <w:lang w:val="de-DE"/>
        </w:rPr>
        <w:t>________________________________________</w:t>
      </w:r>
    </w:p>
    <w:p w14:paraId="33CFA3B7" w14:textId="77777777" w:rsidR="004931FC" w:rsidRDefault="00000000">
      <w:pPr>
        <w:spacing w:after="60" w:line="240" w:lineRule="auto"/>
      </w:pPr>
      <w:r>
        <w:rPr>
          <w:b/>
          <w:sz w:val="19"/>
        </w:rPr>
        <w:t>Kurze Begründung / Aktenvermerk:</w:t>
      </w:r>
      <w:r>
        <w:t xml:space="preserve">  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4931FC" w14:paraId="528B571A" w14:textId="77777777">
        <w:trPr>
          <w:cantSplit/>
          <w:jc w:val="center"/>
        </w:trPr>
        <w:tc>
          <w:tcPr>
            <w:tcW w:w="5156" w:type="dxa"/>
            <w:tcMar>
              <w:top w:w="100" w:type="dxa"/>
              <w:left w:w="90" w:type="dxa"/>
              <w:bottom w:w="50" w:type="dxa"/>
              <w:right w:w="90" w:type="dxa"/>
            </w:tcMar>
            <w:vAlign w:val="center"/>
          </w:tcPr>
          <w:p w14:paraId="3FC8747A" w14:textId="77777777" w:rsidR="004931FC" w:rsidRDefault="00000000">
            <w:pPr>
              <w:spacing w:line="240" w:lineRule="auto"/>
            </w:pPr>
            <w:r>
              <w:rPr>
                <w:sz w:val="19"/>
              </w:rPr>
              <w:t>________________________________________</w:t>
            </w:r>
          </w:p>
          <w:p w14:paraId="082953BA" w14:textId="77777777" w:rsidR="004931FC" w:rsidRDefault="00000000">
            <w:pPr>
              <w:spacing w:line="240" w:lineRule="auto"/>
            </w:pPr>
            <w:r>
              <w:rPr>
                <w:color w:val="5A5A5A"/>
                <w:sz w:val="16"/>
              </w:rPr>
              <w:t>Datum</w:t>
            </w:r>
          </w:p>
        </w:tc>
        <w:tc>
          <w:tcPr>
            <w:tcW w:w="5156" w:type="dxa"/>
            <w:tcMar>
              <w:top w:w="100" w:type="dxa"/>
              <w:left w:w="90" w:type="dxa"/>
              <w:bottom w:w="50" w:type="dxa"/>
              <w:right w:w="90" w:type="dxa"/>
            </w:tcMar>
            <w:vAlign w:val="center"/>
          </w:tcPr>
          <w:p w14:paraId="347DAD29" w14:textId="77777777" w:rsidR="004931FC" w:rsidRDefault="00000000">
            <w:pPr>
              <w:spacing w:line="240" w:lineRule="auto"/>
            </w:pPr>
            <w:r>
              <w:rPr>
                <w:sz w:val="19"/>
              </w:rPr>
              <w:t>________________________________________</w:t>
            </w:r>
          </w:p>
          <w:p w14:paraId="5468C646" w14:textId="77777777" w:rsidR="004931FC" w:rsidRDefault="00000000">
            <w:pPr>
              <w:spacing w:line="240" w:lineRule="auto"/>
            </w:pPr>
            <w:r>
              <w:rPr>
                <w:color w:val="5A5A5A"/>
                <w:sz w:val="16"/>
              </w:rPr>
              <w:t>Unterschrift Schulleitung</w:t>
            </w:r>
          </w:p>
        </w:tc>
      </w:tr>
    </w:tbl>
    <w:p w14:paraId="46995AF5" w14:textId="77777777" w:rsidR="004931FC" w:rsidRPr="00C327EF" w:rsidRDefault="00000000">
      <w:pPr>
        <w:spacing w:before="40" w:line="240" w:lineRule="auto"/>
        <w:rPr>
          <w:lang w:val="de-DE"/>
        </w:rPr>
      </w:pPr>
      <w:r w:rsidRPr="00C327EF">
        <w:rPr>
          <w:color w:val="646464"/>
          <w:sz w:val="15"/>
          <w:lang w:val="de-DE"/>
        </w:rPr>
        <w:t>Rechtsgrundlage: § 43 Abs. 4 SchulG NRW; Runderlass „Teilnahme am Unterricht und an sonstigen Schulveranstaltungen“, BASS 12-52 Nr. 1.</w:t>
      </w:r>
    </w:p>
    <w:sectPr w:rsidR="004931FC" w:rsidRPr="00C327EF" w:rsidSect="00034616">
      <w:headerReference w:type="even" r:id="rId14"/>
      <w:headerReference w:type="default" r:id="rId15"/>
      <w:footerReference w:type="default" r:id="rId16"/>
      <w:headerReference w:type="first" r:id="rId17"/>
      <w:pgSz w:w="12240" w:h="15840"/>
      <w:pgMar w:top="510" w:right="964" w:bottom="510" w:left="964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88063" w14:textId="77777777" w:rsidR="00C129FE" w:rsidRDefault="00C129FE">
      <w:pPr>
        <w:spacing w:line="240" w:lineRule="auto"/>
      </w:pPr>
      <w:r>
        <w:separator/>
      </w:r>
    </w:p>
  </w:endnote>
  <w:endnote w:type="continuationSeparator" w:id="0">
    <w:p w14:paraId="48026868" w14:textId="77777777" w:rsidR="00C129FE" w:rsidRDefault="00C129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DE30" w14:textId="77777777" w:rsidR="004931FC" w:rsidRPr="00C327EF" w:rsidRDefault="00000000">
    <w:pPr>
      <w:pStyle w:val="Fuzeile"/>
      <w:jc w:val="center"/>
      <w:rPr>
        <w:lang w:val="de-DE"/>
      </w:rPr>
    </w:pPr>
    <w:r w:rsidRPr="00C327EF">
      <w:rPr>
        <w:color w:val="787878"/>
        <w:sz w:val="15"/>
        <w:lang w:val="de-DE"/>
      </w:rPr>
      <w:t>Antrag auf Beurlaubung vom Unterricht · Grundschule NRW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B934D" w14:textId="77777777" w:rsidR="00C129FE" w:rsidRDefault="00C129FE">
      <w:pPr>
        <w:spacing w:line="240" w:lineRule="auto"/>
      </w:pPr>
      <w:r>
        <w:separator/>
      </w:r>
    </w:p>
  </w:footnote>
  <w:footnote w:type="continuationSeparator" w:id="0">
    <w:p w14:paraId="7B9C1BD0" w14:textId="77777777" w:rsidR="00C129FE" w:rsidRDefault="00C129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DA586" w14:textId="77777777" w:rsidR="004931FC" w:rsidRDefault="004931F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8C45" w14:textId="77777777" w:rsidR="004931FC" w:rsidRDefault="004931FC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296C9" w14:textId="77777777" w:rsidR="004931FC" w:rsidRDefault="004931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9262820">
    <w:abstractNumId w:val="8"/>
  </w:num>
  <w:num w:numId="2" w16cid:durableId="30885658">
    <w:abstractNumId w:val="6"/>
  </w:num>
  <w:num w:numId="3" w16cid:durableId="1432893022">
    <w:abstractNumId w:val="5"/>
  </w:num>
  <w:num w:numId="4" w16cid:durableId="297494349">
    <w:abstractNumId w:val="4"/>
  </w:num>
  <w:num w:numId="5" w16cid:durableId="681397930">
    <w:abstractNumId w:val="7"/>
  </w:num>
  <w:num w:numId="6" w16cid:durableId="175317492">
    <w:abstractNumId w:val="3"/>
  </w:num>
  <w:num w:numId="7" w16cid:durableId="898171582">
    <w:abstractNumId w:val="2"/>
  </w:num>
  <w:num w:numId="8" w16cid:durableId="609971448">
    <w:abstractNumId w:val="1"/>
  </w:num>
  <w:num w:numId="9" w16cid:durableId="123288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1FC"/>
    <w:rsid w:val="007C21C3"/>
    <w:rsid w:val="00AA1D8D"/>
    <w:rsid w:val="00B47730"/>
    <w:rsid w:val="00C06BAD"/>
    <w:rsid w:val="00C129FE"/>
    <w:rsid w:val="00C327EF"/>
    <w:rsid w:val="00CB0664"/>
    <w:rsid w:val="00D87F6F"/>
    <w:rsid w:val="00FC693F"/>
    <w:rsid w:val="00FD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0CD85C9-45A9-43F7-BB2C-047CFE98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ptos" w:hAnsi="Apto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arienschule-meschede.de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marienschule-meschede.nrw.schul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f62ae7-0d95-4afc-a052-383dff8cf228">
      <Terms xmlns="http://schemas.microsoft.com/office/infopath/2007/PartnerControls"/>
    </lcf76f155ced4ddcb4097134ff3c332f>
    <TaxCatchAll xmlns="95d8778c-6f6f-45c3-9f72-806fc06afa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2ACC99D6EC1E498A37E7551AD434EE" ma:contentTypeVersion="13" ma:contentTypeDescription="Ein neues Dokument erstellen." ma:contentTypeScope="" ma:versionID="1c36a3de90e6fb5011b9c487a77fddee">
  <xsd:schema xmlns:xsd="http://www.w3.org/2001/XMLSchema" xmlns:xs="http://www.w3.org/2001/XMLSchema" xmlns:p="http://schemas.microsoft.com/office/2006/metadata/properties" xmlns:ns2="fff62ae7-0d95-4afc-a052-383dff8cf228" xmlns:ns3="95d8778c-6f6f-45c3-9f72-806fc06afaaa" targetNamespace="http://schemas.microsoft.com/office/2006/metadata/properties" ma:root="true" ma:fieldsID="2eedca6112e5ee8076fbe1e777356126" ns2:_="" ns3:_="">
    <xsd:import namespace="fff62ae7-0d95-4afc-a052-383dff8cf228"/>
    <xsd:import namespace="95d8778c-6f6f-45c3-9f72-806fc06af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62ae7-0d95-4afc-a052-383dff8cf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4b65c317-07aa-4efe-916e-91d6901611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8778c-6f6f-45c3-9f72-806fc06afa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95da68-5fde-4e17-9a44-8435728b7835}" ma:internalName="TaxCatchAll" ma:showField="CatchAllData" ma:web="95d8778c-6f6f-45c3-9f72-806fc06afa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8318D1-CC65-42B4-9CE9-F21642E403FB}">
  <ds:schemaRefs>
    <ds:schemaRef ds:uri="http://schemas.microsoft.com/office/2006/metadata/properties"/>
    <ds:schemaRef ds:uri="http://schemas.microsoft.com/office/infopath/2007/PartnerControls"/>
    <ds:schemaRef ds:uri="fff62ae7-0d95-4afc-a052-383dff8cf228"/>
    <ds:schemaRef ds:uri="95d8778c-6f6f-45c3-9f72-806fc06afaaa"/>
  </ds:schemaRefs>
</ds:datastoreItem>
</file>

<file path=customXml/itemProps2.xml><?xml version="1.0" encoding="utf-8"?>
<ds:datastoreItem xmlns:ds="http://schemas.openxmlformats.org/officeDocument/2006/customXml" ds:itemID="{8376696C-47CE-4033-8BCE-26C5EB907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80EC9-6CA0-481B-A915-27D8F5983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62ae7-0d95-4afc-a052-383dff8cf228"/>
    <ds:schemaRef ds:uri="95d8778c-6f6f-45c3-9f72-806fc06af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Beurlaubung vom Unterricht</dc:title>
  <dc:subject>Formular für Grundschulen in Nordrhein-Westfalen</dc:subject>
  <dc:creator/>
  <cp:keywords>Beurlaubung, Unterricht, Grundschule, NRW, SchulG</cp:keywords>
  <dc:description>generated by python-docx</dc:description>
  <cp:lastModifiedBy>Ma Tillmann</cp:lastModifiedBy>
  <cp:revision>3</cp:revision>
  <cp:lastPrinted>2026-09-23T07:05:00Z</cp:lastPrinted>
  <dcterms:created xsi:type="dcterms:W3CDTF">2013-12-23T23:15:00Z</dcterms:created>
  <dcterms:modified xsi:type="dcterms:W3CDTF">2026-09-29T05:51:00Z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0x010100DE2ACC99D6EC1E498A37E7551AD434EE</vt:lpwstr>
  </property>
</Properties>
</file>